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Rzetelność skal kwestionariusza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6"/>
        <w:gridCol w:w="1099"/>
        <w:gridCol w:w="737"/>
        <w:gridCol w:w="1474"/>
        <w:gridCol w:w="737"/>
        <w:gridCol w:w="737"/>
        <w:gridCol w:w="1099"/>
      </w:tblGrid>
      <w:tr>
        <w:tc>
          <w:tcPr>
            <w:tcW w:type="dxa" w:w="259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Skala</w:t>
            </w:r>
          </w:p>
        </w:tc>
        <w:tc>
          <w:tcPr>
            <w:tcW w:type="dxa" w:w="110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Liczba pozycji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α</w:t>
            </w:r>
          </w:p>
        </w:tc>
        <w:tc>
          <w:tcPr>
            <w:tcW w:type="dxa" w:w="147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95% CI dla α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ω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  <w:vertAlign w:val="subscript"/>
              </w:rPr>
              <w:t>śr</w:t>
            </w:r>
          </w:p>
        </w:tc>
        <w:tc>
          <w:tcPr>
            <w:tcW w:type="dxa" w:w="110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r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  <w:vertAlign w:val="subscript"/>
              </w:rPr>
              <w:t>it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Łatwość korzystania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.90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[.86, .92]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.90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.68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.68–.82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Użyteczność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.87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[.84, .90]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.87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.63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.71–.75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Intencja zakupu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.87</w:t>
            </w:r>
          </w:p>
        </w:tc>
        <w:tc>
          <w:tcPr>
            <w:tcW w:type="dxa" w:w="147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[.84, .89]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.87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.62</w:t>
            </w:r>
          </w:p>
        </w:tc>
        <w:tc>
          <w:tcPr>
            <w:tcW w:type="dxa" w:w="110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.62–.77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α = alfa Cronbacha (przedział ufności metodą bootstrap, 2000 prób); ω = omega McDonalda z jednoczynnikowej konfirmacyjnej analizy czynnikowej;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śr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średnia korelacja między pozycjami;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it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zakres skorygowanych korelacji pozycja–skala.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rzetelności APA · Wzór przygotowany przez Metodolog.pl — www.metodolog.pl/slownik/tabela-apa-rzetelnosc/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