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i/>
          <w:color w:val="6B7280"/>
          <w:sz w:val="18"/>
        </w:rPr>
        <w:t>Wzór tabeli w stylu APA 7 (konwencja z kropką dziesiętną). Liczby pochodzą z przykładowego badania (N = 303) — zastąp je własnymi wynikami, a następnie usuń ten akapit. Tabela ma tylko linie poziome; zachowaj ją przy edycji.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Wskaźniki dopasowania konkurencyjnych modeli konfirmacyjnej analizy czynnikowej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907"/>
        <w:gridCol w:w="737"/>
        <w:gridCol w:w="907"/>
        <w:gridCol w:w="737"/>
        <w:gridCol w:w="737"/>
        <w:gridCol w:w="793"/>
        <w:gridCol w:w="1587"/>
        <w:gridCol w:w="737"/>
        <w:gridCol w:w="907"/>
        <w:gridCol w:w="1814"/>
      </w:tblGrid>
      <w:tr>
        <w:tc>
          <w:tcPr>
            <w:tcW w:type="dxa" w:w="1928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Model</w:t>
            </w:r>
          </w:p>
        </w:tc>
        <w:tc>
          <w:tcPr>
            <w:tcW w:type="dxa" w:w="90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χ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df</w:t>
            </w:r>
          </w:p>
        </w:tc>
        <w:tc>
          <w:tcPr>
            <w:tcW w:type="dxa" w:w="90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CFI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TLI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RMSEA</w:t>
            </w:r>
          </w:p>
        </w:tc>
        <w:tc>
          <w:tcPr>
            <w:tcW w:type="dxa" w:w="158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90% CI RMSEA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SRMR</w:t>
            </w:r>
          </w:p>
        </w:tc>
        <w:tc>
          <w:tcPr>
            <w:tcW w:type="dxa" w:w="90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AIC</w:t>
            </w:r>
          </w:p>
        </w:tc>
        <w:tc>
          <w:tcPr>
            <w:tcW w:type="dxa" w:w="181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Δχ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2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(Δ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df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)</w:t>
            </w:r>
          </w:p>
        </w:tc>
      </w:tr>
      <w:tr>
        <w:tc>
          <w:tcPr>
            <w:tcW w:type="dxa" w:w="192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Jednoczynnikowy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615.58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.671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.598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.214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[.199, .230]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.139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9172.2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213.93 (3)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</w:tr>
      <w:tr>
        <w:tc>
          <w:tcPr>
            <w:tcW w:type="dxa" w:w="192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Dwuczynnikowy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215.52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53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.911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.889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.112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[.097, .128]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.063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8620.0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69.10 (2)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perscript"/>
              </w:rPr>
              <w:t>***</w:t>
            </w:r>
          </w:p>
        </w:tc>
      </w:tr>
      <w:tr>
        <w:tc>
          <w:tcPr>
            <w:tcW w:type="dxa" w:w="1928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Trzyczynnikowy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121.83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51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.962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.951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.075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[.058, .092]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.048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8504.5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Estymator MLR; podano skalowane χ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oraz odporne CFI, TLI i RMSEA. Model dwuczynnikowy łączy użyteczność i intencję zakupu w jeden czynnik. Δχ</w:t>
      </w:r>
      <w:r>
        <w:rPr>
          <w:rFonts w:ascii="Times New Roman" w:hAnsi="Times New Roman" w:eastAsia="Times New Roman"/>
          <w:b w:val="0"/>
          <w:i w:val="0"/>
          <w:sz w:val="20"/>
          <w:vertAlign w:val="superscript"/>
        </w:rPr>
        <w:t>2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skalowany test różnicy względem modelu trzyczynnikowego. W modelu trzyczynnikowym standaryzowane ładunki wynosiły od .70 do .89.</w:t>
      </w:r>
    </w:p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***</w:t>
      </w:r>
      <w:r>
        <w:rPr>
          <w:rFonts w:ascii="Times New Roman" w:hAnsi="Times New Roman" w:eastAsia="Times New Roman"/>
          <w:b w:val="0"/>
          <w:i/>
          <w:sz w:val="20"/>
        </w:rPr>
        <w:t>p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&lt; .001.</w:t>
      </w:r>
    </w:p>
    <w:sectPr w:rsidR="00FC693F" w:rsidRPr="0006063C" w:rsidSect="00034616">
      <w:footerReference w:type="default" r:id="rId9"/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/>
        <w:color w:val="6B7280"/>
        <w:sz w:val="16"/>
      </w:rPr>
      <w:t>Tabela dopasowania modeli CFA APA · Wzór przygotowany przez Metodolog.pl — www.metodolog.pl/slownik/tabela-apa-dopasowanie-modelu/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