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zmiennych modelu akceptacji technologii w grupach wieku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20–24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109)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25–29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116)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30+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78)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(2, 300)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.863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.749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.769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Wiek w latach podzielono na trzy przedziały.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eta kwadrat. Ponieważ żaden test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nie był istotny, nie przeprowadzano porównań post hoc.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Zmienne modelu akceptacji technologii w grupach o różnym poziomie postrzeganej użyteczności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907"/>
        <w:gridCol w:w="737"/>
        <w:gridCol w:w="907"/>
        <w:gridCol w:w="737"/>
        <w:gridCol w:w="907"/>
        <w:gridCol w:w="737"/>
        <w:gridCol w:w="793"/>
        <w:gridCol w:w="90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Niska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133)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Średnia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91)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Wysoka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79)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(2, 300)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2.91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93.60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.38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1.73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2.27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66.66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.31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4.02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.16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3.13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2.67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2.34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40.34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.21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Grupy utworzono przez podział wyników skali użyteczności na tercyle (niska: ≤ 3.00, średnia: 3.25–3.75, wysoka: ≥ 4.00); podział służy wyłącznie ilustracji formatu tabeli — przy zmiennej ilościowej lepszą analizą jest regresja.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Średnie w tym samym wierszu oznaczone różnymi literami w indeksie dolnym różnią się istotnie (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.05, test HSD Tukeya).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eta kwadrat (odsetek wariancji wyjaśnianej przez grupę).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3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Dwuczynnikowa analiza wariancji obaw: płeć i grupa wieku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"/>
        <w:gridCol w:w="793"/>
        <w:gridCol w:w="907"/>
        <w:gridCol w:w="737"/>
        <w:gridCol w:w="1587"/>
      </w:tblGrid>
      <w:tr>
        <w:tc>
          <w:tcPr>
            <w:tcW w:type="dxa" w:w="2268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Źródło zmienności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p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 dla 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p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31.84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.097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[.042, .165]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Grupa wieku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.003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[.000, .023]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 × grupa wieku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.001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[.000, .012]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Błąd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297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Sumy kwadratów typu III.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cząstkowe eta kwadrat. Kobiety (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2.98, </w:t>
      </w:r>
      <w:r>
        <w:rPr>
          <w:rFonts w:ascii="Times New Roman" w:hAnsi="Times New Roman" w:eastAsia="Times New Roman"/>
          <w:b w:val="0"/>
          <w:i/>
          <w:sz w:val="20"/>
        </w:rPr>
        <w:t>SD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0.63) zgłaszały więcej obaw niż mężczyźni (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2.53, </w:t>
      </w:r>
      <w:r>
        <w:rPr>
          <w:rFonts w:ascii="Times New Roman" w:hAnsi="Times New Roman" w:eastAsia="Times New Roman"/>
          <w:b w:val="0"/>
          <w:i/>
          <w:sz w:val="20"/>
        </w:rPr>
        <w:t>SD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0.74).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ANOVA APA · Wzór przygotowany przez Metodolog.pl — www.metodolog.pl/slownik/tabela-apa-anova/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