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</w:pPr>
      <w:r>
        <w:rPr>
          <w:i/>
          <w:color w:val="6B7280"/>
          <w:sz w:val="18"/>
        </w:rPr>
        <w:t>Wzór tabeli w stylu APA 7 (konwencja z kropką dziesiętną). Liczby pochodzą z przykładowego badania (N = 303) — zastąp je własnymi wynikami, a następnie usuń ten akapit. Tabela ma tylko linie poziome; zachowaj ją przy edycji.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Charakterystyka socjodemograficzna osób badanych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37"/>
        <w:gridCol w:w="737"/>
      </w:tblGrid>
      <w:tr>
        <w:tc>
          <w:tcPr>
            <w:tcW w:type="dxa" w:w="1361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Zmienna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%</w:t>
            </w:r>
          </w:p>
        </w:tc>
      </w:tr>
      <w:tr>
        <w:tc>
          <w:tcPr>
            <w:tcW w:type="dxa" w:w="737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Płeć</w:t>
            </w:r>
          </w:p>
        </w:tc>
      </w:tr>
      <w:tr>
        <w:tc>
          <w:tcPr>
            <w:tcW w:type="dxa" w:w="13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Kobiety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173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57.1</w:t>
            </w:r>
          </w:p>
        </w:tc>
      </w:tr>
      <w:tr>
        <w:tc>
          <w:tcPr>
            <w:tcW w:type="dxa" w:w="13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Mężczyźni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130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42.9</w:t>
            </w:r>
          </w:p>
        </w:tc>
      </w:tr>
      <w:tr>
        <w:tc>
          <w:tcPr>
            <w:tcW w:type="dxa" w:w="737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Wiek (lata)</w:t>
            </w:r>
          </w:p>
        </w:tc>
      </w:tr>
      <w:tr>
        <w:tc>
          <w:tcPr>
            <w:tcW w:type="dxa" w:w="13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20–24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109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36.0</w:t>
            </w:r>
          </w:p>
        </w:tc>
      </w:tr>
      <w:tr>
        <w:tc>
          <w:tcPr>
            <w:tcW w:type="dxa" w:w="13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25–29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116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38.3</w:t>
            </w:r>
          </w:p>
        </w:tc>
      </w:tr>
      <w:tr>
        <w:tc>
          <w:tcPr>
            <w:tcW w:type="dxa" w:w="13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30+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78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25.7</w:t>
            </w:r>
          </w:p>
        </w:tc>
      </w:tr>
      <w:tr>
        <w:tc>
          <w:tcPr>
            <w:tcW w:type="dxa" w:w="737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Wykształcenie</w:t>
            </w:r>
          </w:p>
        </w:tc>
      </w:tr>
      <w:tr>
        <w:tc>
          <w:tcPr>
            <w:tcW w:type="dxa" w:w="13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Podstawowe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</w:t>
            </w:r>
          </w:p>
        </w:tc>
      </w:tr>
      <w:tr>
        <w:tc>
          <w:tcPr>
            <w:tcW w:type="dxa" w:w="13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Średnie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130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42.9</w:t>
            </w:r>
          </w:p>
        </w:tc>
      </w:tr>
      <w:tr>
        <w:tc>
          <w:tcPr>
            <w:tcW w:type="dxa" w:w="136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Wyższe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171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56.4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Wiek: </w:t>
      </w:r>
      <w:r>
        <w:rPr>
          <w:rFonts w:ascii="Times New Roman" w:hAnsi="Times New Roman" w:eastAsia="Times New Roman"/>
          <w:b w:val="0"/>
          <w:i/>
          <w:sz w:val="20"/>
        </w:rPr>
        <w:t>M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27.52, </w:t>
      </w:r>
      <w:r>
        <w:rPr>
          <w:rFonts w:ascii="Times New Roman" w:hAnsi="Times New Roman" w:eastAsia="Times New Roman"/>
          <w:b w:val="0"/>
          <w:i/>
          <w:sz w:val="20"/>
        </w:rPr>
        <w:t>SD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5.87, zakres 20–51 lat.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2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Statystyki opisowe zmiennych modelu akceptacji technologii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1020"/>
        <w:gridCol w:w="1247"/>
        <w:gridCol w:w="793"/>
        <w:gridCol w:w="737"/>
        <w:gridCol w:w="793"/>
        <w:gridCol w:w="1134"/>
        <w:gridCol w:w="1020"/>
        <w:gridCol w:w="737"/>
      </w:tblGrid>
      <w:tr>
        <w:tc>
          <w:tcPr>
            <w:tcW w:type="dxa" w:w="2381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Zmienna</w:t>
            </w:r>
          </w:p>
        </w:tc>
        <w:tc>
          <w:tcPr>
            <w:tcW w:type="dxa" w:w="1020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Możliwy zakres</w:t>
            </w:r>
          </w:p>
        </w:tc>
        <w:tc>
          <w:tcPr>
            <w:tcW w:type="dxa" w:w="124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Min–Maks</w:t>
            </w:r>
          </w:p>
        </w:tc>
        <w:tc>
          <w:tcPr>
            <w:tcW w:type="dxa" w:w="79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79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Mdn</w:t>
            </w:r>
          </w:p>
        </w:tc>
        <w:tc>
          <w:tcPr>
            <w:tcW w:type="dxa" w:w="113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Skośność</w:t>
            </w:r>
          </w:p>
        </w:tc>
        <w:tc>
          <w:tcPr>
            <w:tcW w:type="dxa" w:w="1020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Kurtoza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α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 korzystania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1–5</w:t>
            </w:r>
          </w:p>
        </w:tc>
        <w:tc>
          <w:tcPr>
            <w:tcW w:type="dxa" w:w="124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1.00–5.00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3.61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0.79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3.75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−0.52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.90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Użyteczność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1–5</w:t>
            </w:r>
          </w:p>
        </w:tc>
        <w:tc>
          <w:tcPr>
            <w:tcW w:type="dxa" w:w="124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1.00–5.00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0.89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3.25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−0.32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−0.05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.87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Intencja zakupu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1–5</w:t>
            </w:r>
          </w:p>
        </w:tc>
        <w:tc>
          <w:tcPr>
            <w:tcW w:type="dxa" w:w="124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1.00–5.00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1.03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2.75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0.03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−0.68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.87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Obawy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1–4</w:t>
            </w:r>
          </w:p>
        </w:tc>
        <w:tc>
          <w:tcPr>
            <w:tcW w:type="dxa" w:w="124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1.00–4.00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2.80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−0.31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−0.57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Cele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1–4</w:t>
            </w:r>
          </w:p>
        </w:tc>
        <w:tc>
          <w:tcPr>
            <w:tcW w:type="dxa" w:w="124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1.00–4.00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2.15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0.74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2.00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0.45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−0.21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Wiek (lata)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124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20–51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27.52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5.87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26.00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1.47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1.86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Wyniki skal to średnie z odpowiedzi na pozycje; wyższe wartości oznaczają wyższy poziom zmiennej. Skośność i kurtozę (kurtoza nadwyżkowa) obliczono tak jak w SPSS; </w:t>
      </w:r>
      <w:r>
        <w:rPr>
          <w:rFonts w:ascii="Times New Roman" w:hAnsi="Times New Roman" w:eastAsia="Times New Roman"/>
          <w:b w:val="0"/>
          <w:i/>
          <w:sz w:val="20"/>
        </w:rPr>
        <w:t>SE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skośności = 0.14, </w:t>
      </w:r>
      <w:r>
        <w:rPr>
          <w:rFonts w:ascii="Times New Roman" w:hAnsi="Times New Roman" w:eastAsia="Times New Roman"/>
          <w:b w:val="0"/>
          <w:i/>
          <w:sz w:val="20"/>
        </w:rPr>
        <w:t>SE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kurtozy = 0.28. α = alfa Cronbacha; dla obaw i celów dostępne były wyłącznie wyniki ogólne, dlatego nie podano rzetelności.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3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Rzetelność skal kwestionariusza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1020"/>
        <w:gridCol w:w="737"/>
        <w:gridCol w:w="1360"/>
        <w:gridCol w:w="737"/>
        <w:gridCol w:w="737"/>
        <w:gridCol w:w="1020"/>
      </w:tblGrid>
      <w:tr>
        <w:tc>
          <w:tcPr>
            <w:tcW w:type="dxa" w:w="2381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Skala</w:t>
            </w:r>
          </w:p>
        </w:tc>
        <w:tc>
          <w:tcPr>
            <w:tcW w:type="dxa" w:w="1020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Liczba pozycji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α</w:t>
            </w:r>
          </w:p>
        </w:tc>
        <w:tc>
          <w:tcPr>
            <w:tcW w:type="dxa" w:w="1361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95% CI dla α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ω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r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śr</w:t>
            </w:r>
          </w:p>
        </w:tc>
        <w:tc>
          <w:tcPr>
            <w:tcW w:type="dxa" w:w="1020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r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it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 korzystania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.90</w:t>
            </w:r>
          </w:p>
        </w:tc>
        <w:tc>
          <w:tcPr>
            <w:tcW w:type="dxa" w:w="13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[.86, .92]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.90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.68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.68–.82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Użyteczność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.87</w:t>
            </w:r>
          </w:p>
        </w:tc>
        <w:tc>
          <w:tcPr>
            <w:tcW w:type="dxa" w:w="136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[.84, .90]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.63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.71–.75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Intencja zakupu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.87</w:t>
            </w:r>
          </w:p>
        </w:tc>
        <w:tc>
          <w:tcPr>
            <w:tcW w:type="dxa" w:w="136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[.84, .89]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.62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.62–.77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α = alfa Cronbacha (przedział ufności metodą bootstrap, 2000 prób); ω = omega McDonalda z jednoczynnikowej konfirmacyjnej analizy czynnikowej;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  <w:vertAlign w:val="subscript"/>
        </w:rPr>
        <w:t>śr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średnia korelacja między pozycjami;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  <w:vertAlign w:val="subscript"/>
        </w:rPr>
        <w:t>it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zakres skorygowanych korelacji pozycja–skala.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4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Średnie, odchylenia standardowe i korelacje Pearsona między zmiennymi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793"/>
        <w:gridCol w:w="737"/>
        <w:gridCol w:w="1134"/>
        <w:gridCol w:w="1134"/>
        <w:gridCol w:w="1134"/>
        <w:gridCol w:w="1134"/>
        <w:gridCol w:w="737"/>
        <w:gridCol w:w="737"/>
      </w:tblGrid>
      <w:tr>
        <w:tc>
          <w:tcPr>
            <w:tcW w:type="dxa" w:w="2721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Zmienna</w:t>
            </w:r>
          </w:p>
        </w:tc>
        <w:tc>
          <w:tcPr>
            <w:tcW w:type="dxa" w:w="79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113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113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13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13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</w:t>
            </w: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 Łatwość korzystania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3.61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0.79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(.90)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 Użyteczność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0.89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.48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(.87)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 Intencja zakupu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1.03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.35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.72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(.87)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4. Obawy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0.71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−.29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−.45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−.41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5. Cele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2.15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0.74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.25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.60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.64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−.39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72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6. Wiek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27.52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5.87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−.05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−.02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.02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−.05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Na przekątnej w nawiasach podano alfę Cronbacha. Wiek wyrażono w latach.</w:t>
      </w:r>
    </w:p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*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.05. **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.01. ***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.001.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5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Porównanie kobiet i mężczyzn w zakresie zmiennych modelu akceptacji technologii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37"/>
        <w:gridCol w:w="737"/>
        <w:gridCol w:w="737"/>
        <w:gridCol w:w="737"/>
        <w:gridCol w:w="793"/>
        <w:gridCol w:w="793"/>
        <w:gridCol w:w="907"/>
        <w:gridCol w:w="907"/>
        <w:gridCol w:w="1814"/>
      </w:tblGrid>
      <w:tr>
        <w:tc>
          <w:tcPr>
            <w:tcW w:type="dxa" w:w="2381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Zmienna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Kobiety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173)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Mężczyźni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130)</w:t>
            </w:r>
          </w:p>
        </w:tc>
        <w:tc>
          <w:tcPr>
            <w:tcW w:type="dxa" w:w="79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t</w:t>
            </w:r>
          </w:p>
        </w:tc>
        <w:tc>
          <w:tcPr>
            <w:tcW w:type="dxa" w:w="79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df</w:t>
            </w:r>
          </w:p>
        </w:tc>
        <w:tc>
          <w:tcPr>
            <w:tcW w:type="dxa" w:w="90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  <w:tc>
          <w:tcPr>
            <w:tcW w:type="dxa" w:w="90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d Cohena</w:t>
            </w:r>
          </w:p>
        </w:tc>
        <w:tc>
          <w:tcPr>
            <w:tcW w:type="dxa" w:w="181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95% CI dla 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d</w:t>
            </w:r>
          </w:p>
        </w:tc>
      </w:tr>
      <w:tr>
        <w:tc>
          <w:tcPr>
            <w:tcW w:type="dxa" w:w="1301"/>
            <w:vMerge/>
          </w:tcPr>
          <w:p/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Intencja zakupu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0.95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2.81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1.13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−0.63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250.0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.527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−0.08</w:t>
            </w:r>
          </w:p>
        </w:tc>
        <w:tc>
          <w:tcPr>
            <w:tcW w:type="dxa" w:w="181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[−0.30, 0.15]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Użyteczność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3.18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3.33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0.98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−1.42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247.8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.156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−0.17</w:t>
            </w:r>
          </w:p>
        </w:tc>
        <w:tc>
          <w:tcPr>
            <w:tcW w:type="dxa" w:w="181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[−0.40, 0.06]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 korzystania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3.52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3.73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0.84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−2.24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260.4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.026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−0.26</w:t>
            </w:r>
          </w:p>
        </w:tc>
        <w:tc>
          <w:tcPr>
            <w:tcW w:type="dxa" w:w="181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[−0.49, −0.04]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Obawy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2.98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0.63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2.53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0.74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5.50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251.9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0.65</w:t>
            </w:r>
          </w:p>
        </w:tc>
        <w:tc>
          <w:tcPr>
            <w:tcW w:type="dxa" w:w="181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[0.42, 0.89]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Zastosowano test </w:t>
      </w:r>
      <w:r>
        <w:rPr>
          <w:rFonts w:ascii="Times New Roman" w:hAnsi="Times New Roman" w:eastAsia="Times New Roman"/>
          <w:b w:val="0"/>
          <w:i/>
          <w:sz w:val="20"/>
        </w:rPr>
        <w:t>t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Welcha (bez założenia równości wariancji), stąd ułamkowe stopnie swobody. Dodatnie wartości </w:t>
      </w:r>
      <w:r>
        <w:rPr>
          <w:rFonts w:ascii="Times New Roman" w:hAnsi="Times New Roman" w:eastAsia="Times New Roman"/>
          <w:b w:val="0"/>
          <w:i/>
          <w:sz w:val="20"/>
        </w:rPr>
        <w:t>t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i </w:t>
      </w:r>
      <w:r>
        <w:rPr>
          <w:rFonts w:ascii="Times New Roman" w:hAnsi="Times New Roman" w:eastAsia="Times New Roman"/>
          <w:b w:val="0"/>
          <w:i/>
          <w:sz w:val="20"/>
        </w:rPr>
        <w:t>d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oznaczają wyższe wyniki kobiet; </w:t>
      </w:r>
      <w:r>
        <w:rPr>
          <w:rFonts w:ascii="Times New Roman" w:hAnsi="Times New Roman" w:eastAsia="Times New Roman"/>
          <w:b w:val="0"/>
          <w:i/>
          <w:sz w:val="20"/>
        </w:rPr>
        <w:t>d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obliczono z łączonego odchylenia standardowego.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6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Porównanie ocen łatwości korzystania i użyteczności (pomiary zależne)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37"/>
        <w:gridCol w:w="737"/>
        <w:gridCol w:w="737"/>
        <w:gridCol w:w="1587"/>
        <w:gridCol w:w="793"/>
        <w:gridCol w:w="907"/>
        <w:gridCol w:w="737"/>
      </w:tblGrid>
      <w:tr>
        <w:tc>
          <w:tcPr>
            <w:tcW w:type="dxa" w:w="2381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Zmienna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158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Różnica</w:t>
            </w:r>
          </w:p>
        </w:tc>
        <w:tc>
          <w:tcPr>
            <w:tcW w:type="dxa" w:w="79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t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(302)</w:t>
            </w:r>
          </w:p>
        </w:tc>
        <w:tc>
          <w:tcPr>
            <w:tcW w:type="dxa" w:w="90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d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z</w:t>
            </w:r>
          </w:p>
        </w:tc>
      </w:tr>
      <w:tr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diff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95% CI</w:t>
            </w:r>
          </w:p>
        </w:tc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 korzystania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3.61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0.37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[0.27, 0.47]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7.46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0.43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Użyteczność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Obie skale mierzono na skali 1–5 u tych samych osób; korelacja między pomiarami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.48. </w:t>
      </w:r>
      <w:r>
        <w:rPr>
          <w:rFonts w:ascii="Times New Roman" w:hAnsi="Times New Roman" w:eastAsia="Times New Roman"/>
          <w:b w:val="0"/>
          <w:i/>
          <w:sz w:val="20"/>
        </w:rPr>
        <w:t>M</w:t>
      </w:r>
      <w:r>
        <w:rPr>
          <w:rFonts w:ascii="Times New Roman" w:hAnsi="Times New Roman" w:eastAsia="Times New Roman"/>
          <w:b w:val="0"/>
          <w:i w:val="0"/>
          <w:sz w:val="20"/>
          <w:vertAlign w:val="subscript"/>
        </w:rPr>
        <w:t>diff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różnica średnich (łatwość − użyteczność); </w:t>
      </w:r>
      <w:r>
        <w:rPr>
          <w:rFonts w:ascii="Times New Roman" w:hAnsi="Times New Roman" w:eastAsia="Times New Roman"/>
          <w:b w:val="0"/>
          <w:i/>
          <w:sz w:val="20"/>
        </w:rPr>
        <w:t>d</w:t>
      </w:r>
      <w:r>
        <w:rPr>
          <w:rFonts w:ascii="Times New Roman" w:hAnsi="Times New Roman" w:eastAsia="Times New Roman"/>
          <w:b w:val="0"/>
          <w:i w:val="0"/>
          <w:sz w:val="20"/>
          <w:vertAlign w:val="subscript"/>
        </w:rPr>
        <w:t>z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średnia różnica podzielona przez odchylenie standardowe różnic, 95% CI [0.31, 0.55].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7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Porównanie zmiennych modelu akceptacji technologii w grupach wieku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>
        <w:tc>
          <w:tcPr>
            <w:tcW w:type="dxa" w:w="2381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Zmienna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20–24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109)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25–29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116)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30+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78)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F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(2, 300)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η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2</w:t>
            </w:r>
          </w:p>
        </w:tc>
      </w:tr>
      <w:tr>
        <w:tc>
          <w:tcPr>
            <w:tcW w:type="dxa" w:w="1301"/>
            <w:vMerge/>
          </w:tcPr>
          <w:p/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Intencja zakupu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2.83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0.98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0.35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.702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Użyteczność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0.90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0.94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0.15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.863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 korzystania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3.66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3.59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3.58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0.29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.749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Obawy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2.80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2.82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0.26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.769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Wiek w latach podzielono na trzy przedziały. η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eta kwadrat. Ponieważ żaden test </w:t>
      </w:r>
      <w:r>
        <w:rPr>
          <w:rFonts w:ascii="Times New Roman" w:hAnsi="Times New Roman" w:eastAsia="Times New Roman"/>
          <w:b w:val="0"/>
          <w:i/>
          <w:sz w:val="20"/>
        </w:rPr>
        <w:t>F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nie był istotny, nie przeprowadzano porównań post hoc.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8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Zmienne modelu akceptacji technologii w grupach o różnym poziomie postrzeganej użyteczności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907"/>
        <w:gridCol w:w="737"/>
        <w:gridCol w:w="907"/>
        <w:gridCol w:w="737"/>
        <w:gridCol w:w="907"/>
        <w:gridCol w:w="737"/>
        <w:gridCol w:w="793"/>
        <w:gridCol w:w="907"/>
        <w:gridCol w:w="737"/>
      </w:tblGrid>
      <w:tr>
        <w:tc>
          <w:tcPr>
            <w:tcW w:type="dxa" w:w="2381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Zmienna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Niska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133)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Średnia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91)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Wysoka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79)</w:t>
            </w:r>
          </w:p>
        </w:tc>
        <w:tc>
          <w:tcPr>
            <w:tcW w:type="dxa" w:w="79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F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(2, 300)</w:t>
            </w:r>
          </w:p>
        </w:tc>
        <w:tc>
          <w:tcPr>
            <w:tcW w:type="dxa" w:w="90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η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2</w:t>
            </w:r>
          </w:p>
        </w:tc>
      </w:tr>
      <w:tr>
        <w:tc>
          <w:tcPr>
            <w:tcW w:type="dxa" w:w="1301"/>
            <w:vMerge/>
          </w:tcPr>
          <w:p/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Intencja zakupu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2.12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a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2.91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b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3.68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c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93.60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.38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Cele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1.73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a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2.27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b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0.59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2.73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c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0.77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66.66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.31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 korzystania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3.28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a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0.81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3.75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b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0.56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4.02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c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27.53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.16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Obawy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3.13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a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2.67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b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0.59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2.34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c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0.73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40.34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.21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Grupy utworzono przez podział wyników skali użyteczności na tercyle (niska: ≤ 3.00, średnia: 3.25–3.75, wysoka: ≥ 4.00); podział służy wyłącznie ilustracji formatu tabeli — przy zmiennej ilościowej lepszą analizą jest regresja.</w:t>
      </w:r>
    </w:p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Średnie w tym samym wierszu oznaczone różnymi literami w indeksie dolnym różnią się istotnie (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.05, test HSD Tukeya). η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eta kwadrat (odsetek wariancji wyjaśnianej przez grupę).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9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Dwuczynnikowa analiza wariancji obaw: płeć i grupa wieku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"/>
        <w:gridCol w:w="793"/>
        <w:gridCol w:w="907"/>
        <w:gridCol w:w="737"/>
        <w:gridCol w:w="1587"/>
      </w:tblGrid>
      <w:tr>
        <w:tc>
          <w:tcPr>
            <w:tcW w:type="dxa" w:w="2268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Źródło zmienności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df</w:t>
            </w:r>
          </w:p>
        </w:tc>
        <w:tc>
          <w:tcPr>
            <w:tcW w:type="dxa" w:w="79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F</w:t>
            </w:r>
          </w:p>
        </w:tc>
        <w:tc>
          <w:tcPr>
            <w:tcW w:type="dxa" w:w="90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η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2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p</w:t>
            </w:r>
          </w:p>
        </w:tc>
        <w:tc>
          <w:tcPr>
            <w:tcW w:type="dxa" w:w="158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95% CI dla η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2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p</w:t>
            </w:r>
          </w:p>
        </w:tc>
      </w:tr>
      <w:tr>
        <w:tc>
          <w:tcPr>
            <w:tcW w:type="dxa" w:w="226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Płeć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31.84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.097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[.042, .165]</w:t>
            </w:r>
          </w:p>
        </w:tc>
      </w:tr>
      <w:tr>
        <w:tc>
          <w:tcPr>
            <w:tcW w:type="dxa" w:w="226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Grupa wieku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0.52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.598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.003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[.000, .023]</w:t>
            </w:r>
          </w:p>
        </w:tc>
      </w:tr>
      <w:tr>
        <w:tc>
          <w:tcPr>
            <w:tcW w:type="dxa" w:w="226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Płeć × grupa wieku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0.14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.872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.001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[.000, .012]</w:t>
            </w:r>
          </w:p>
        </w:tc>
      </w:tr>
      <w:tr>
        <w:tc>
          <w:tcPr>
            <w:tcW w:type="dxa" w:w="2268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Błąd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297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Sumy kwadratów typu III. η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  <w:vertAlign w:val="subscript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cząstkowe eta kwadrat. Kobiety (</w:t>
      </w:r>
      <w:r>
        <w:rPr>
          <w:rFonts w:ascii="Times New Roman" w:hAnsi="Times New Roman" w:eastAsia="Times New Roman"/>
          <w:b w:val="0"/>
          <w:i/>
          <w:sz w:val="20"/>
        </w:rPr>
        <w:t>M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2.98, </w:t>
      </w:r>
      <w:r>
        <w:rPr>
          <w:rFonts w:ascii="Times New Roman" w:hAnsi="Times New Roman" w:eastAsia="Times New Roman"/>
          <w:b w:val="0"/>
          <w:i/>
          <w:sz w:val="20"/>
        </w:rPr>
        <w:t>SD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0.63) zgłaszały więcej obaw niż mężczyźni (</w:t>
      </w:r>
      <w:r>
        <w:rPr>
          <w:rFonts w:ascii="Times New Roman" w:hAnsi="Times New Roman" w:eastAsia="Times New Roman"/>
          <w:b w:val="0"/>
          <w:i/>
          <w:sz w:val="20"/>
        </w:rPr>
        <w:t>M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2.53, </w:t>
      </w:r>
      <w:r>
        <w:rPr>
          <w:rFonts w:ascii="Times New Roman" w:hAnsi="Times New Roman" w:eastAsia="Times New Roman"/>
          <w:b w:val="0"/>
          <w:i/>
          <w:sz w:val="20"/>
        </w:rPr>
        <w:t>SD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0.74).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10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Odsetek osób z co najmniej umiarkowaną intencją zakupu wśród kobiet i mężczyzn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737"/>
        <w:gridCol w:w="737"/>
        <w:gridCol w:w="737"/>
        <w:gridCol w:w="737"/>
      </w:tblGrid>
      <w:tr>
        <w:tc>
          <w:tcPr>
            <w:tcW w:type="dxa" w:w="124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Płeć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Intencja ≥ 3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Intencja &lt; 3</w:t>
            </w:r>
          </w:p>
        </w:tc>
      </w:tr>
      <w:tr>
        <w:tc>
          <w:tcPr>
            <w:tcW w:type="dxa" w:w="2601"/>
            <w:vMerge/>
          </w:tcPr>
          <w:p/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%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%</w:t>
            </w:r>
          </w:p>
        </w:tc>
      </w:tr>
      <w:tr>
        <w:tc>
          <w:tcPr>
            <w:tcW w:type="dxa" w:w="124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Kobiety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82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47.4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52.6</w:t>
            </w:r>
          </w:p>
        </w:tc>
      </w:tr>
      <w:tr>
        <w:tc>
          <w:tcPr>
            <w:tcW w:type="dxa" w:w="124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Mężczyźni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50.8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49.2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Procenty obliczono w wierszach. χ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(1,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303) = 0.34, 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.561, φ = −.03; </w:t>
      </w:r>
      <w:r>
        <w:rPr>
          <w:rFonts w:ascii="Times New Roman" w:hAnsi="Times New Roman" w:eastAsia="Times New Roman"/>
          <w:b w:val="0"/>
          <w:i/>
          <w:sz w:val="20"/>
        </w:rPr>
        <w:t>OR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0.87, 95% CI [0.55, 1.38].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11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Wyniki regresji liniowej wielokrotnej dla intencji zakupu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93"/>
        <w:gridCol w:w="737"/>
        <w:gridCol w:w="793"/>
        <w:gridCol w:w="737"/>
        <w:gridCol w:w="793"/>
        <w:gridCol w:w="793"/>
        <w:gridCol w:w="907"/>
      </w:tblGrid>
      <w:tr>
        <w:tc>
          <w:tcPr>
            <w:tcW w:type="dxa" w:w="2381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Predyktor</w:t>
            </w:r>
          </w:p>
        </w:tc>
        <w:tc>
          <w:tcPr>
            <w:tcW w:type="dxa" w:w="79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b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SE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95% CI dla 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b</w:t>
            </w:r>
          </w:p>
        </w:tc>
        <w:tc>
          <w:tcPr>
            <w:tcW w:type="dxa" w:w="79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β</w:t>
            </w:r>
          </w:p>
        </w:tc>
        <w:tc>
          <w:tcPr>
            <w:tcW w:type="dxa" w:w="79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t</w:t>
            </w:r>
          </w:p>
        </w:tc>
        <w:tc>
          <w:tcPr>
            <w:tcW w:type="dxa" w:w="90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</w:tr>
      <w:tr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LL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UL</w:t>
            </w:r>
          </w:p>
        </w:tc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Stała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0.13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0.33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−0.51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0.78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0.41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.682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 korzystania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−0.09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0.13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0.02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0.36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.723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Użyteczność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0.46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0.70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0.50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9.48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Obawy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−0.09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−0.21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0.03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−0.06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−1.45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.149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Cele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0.43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0.07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0.30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0.31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6.60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.59, skorygowane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.58, </w:t>
      </w:r>
      <w:r>
        <w:rPr>
          <w:rFonts w:ascii="Times New Roman" w:hAnsi="Times New Roman" w:eastAsia="Times New Roman"/>
          <w:b w:val="0"/>
          <w:i/>
          <w:sz w:val="20"/>
        </w:rPr>
        <w:t>F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(4, 298) = 106.68, 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.001. </w:t>
      </w:r>
      <w:r>
        <w:rPr>
          <w:rFonts w:ascii="Times New Roman" w:hAnsi="Times New Roman" w:eastAsia="Times New Roman"/>
          <w:b w:val="0"/>
          <w:i/>
          <w:sz w:val="20"/>
        </w:rPr>
        <w:t>b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współczynnik niestandaryzowany; β = współczynnik standaryzowany; </w:t>
      </w:r>
      <w:r>
        <w:rPr>
          <w:rFonts w:ascii="Times New Roman" w:hAnsi="Times New Roman" w:eastAsia="Times New Roman"/>
          <w:b w:val="0"/>
          <w:i/>
          <w:sz w:val="20"/>
        </w:rPr>
        <w:t>LL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i </w:t>
      </w:r>
      <w:r>
        <w:rPr>
          <w:rFonts w:ascii="Times New Roman" w:hAnsi="Times New Roman" w:eastAsia="Times New Roman"/>
          <w:b w:val="0"/>
          <w:i/>
          <w:sz w:val="20"/>
        </w:rPr>
        <w:t>UL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dolna i górna granica przedziału ufności. Współczynniki VIF mieściły się w zakresie 1.30–2.01.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12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Hierarchiczna regresja liniowa: predyktory intencji zakupu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93"/>
        <w:gridCol w:w="737"/>
        <w:gridCol w:w="793"/>
        <w:gridCol w:w="907"/>
        <w:gridCol w:w="737"/>
        <w:gridCol w:w="1020"/>
      </w:tblGrid>
      <w:tr>
        <w:tc>
          <w:tcPr>
            <w:tcW w:type="dxa" w:w="2381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Krok i predyktor</w:t>
            </w:r>
          </w:p>
        </w:tc>
        <w:tc>
          <w:tcPr>
            <w:tcW w:type="dxa" w:w="79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b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SE</w:t>
            </w:r>
          </w:p>
        </w:tc>
        <w:tc>
          <w:tcPr>
            <w:tcW w:type="dxa" w:w="79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β</w:t>
            </w:r>
          </w:p>
        </w:tc>
        <w:tc>
          <w:tcPr>
            <w:tcW w:type="dxa" w:w="90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R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2</w:t>
            </w:r>
          </w:p>
        </w:tc>
        <w:tc>
          <w:tcPr>
            <w:tcW w:type="dxa" w:w="1020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Δ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R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2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Krok 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Płeć (mężczyzna)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0.12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.529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Wiek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0.02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.700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Krok 2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.52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.52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Płeć (mężczyzna)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−0.05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0.08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−0.03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.516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Wiek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.297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 korzystania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0.01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.780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Użyteczność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0.05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0.72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Krok 3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.59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.07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Płeć (mężczyzna)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−0.06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0.08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−0.03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.504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Wiek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0.05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.147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 korzystania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0.02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.637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Użyteczność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0.50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Obawy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−0.10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−0.07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.110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ind w:left="283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Cele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0.43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0.07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0.31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Płeć zakodowano: 0 = kobieta, 1 = mężczyzna. Zmiana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w kroku 2: </w:t>
      </w:r>
      <w:r>
        <w:rPr>
          <w:rFonts w:ascii="Times New Roman" w:hAnsi="Times New Roman" w:eastAsia="Times New Roman"/>
          <w:b w:val="0"/>
          <w:i/>
          <w:sz w:val="20"/>
        </w:rPr>
        <w:t>F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(2, 298) = 161.71; w kroku 3: </w:t>
      </w:r>
      <w:r>
        <w:rPr>
          <w:rFonts w:ascii="Times New Roman" w:hAnsi="Times New Roman" w:eastAsia="Times New Roman"/>
          <w:b w:val="0"/>
          <w:i/>
          <w:sz w:val="20"/>
        </w:rPr>
        <w:t>F</w:t>
      </w:r>
      <w:r>
        <w:rPr>
          <w:rFonts w:ascii="Times New Roman" w:hAnsi="Times New Roman" w:eastAsia="Times New Roman"/>
          <w:b w:val="0"/>
          <w:i w:val="0"/>
          <w:sz w:val="20"/>
        </w:rPr>
        <w:t>(2, 296) = 25.71.</w:t>
      </w:r>
    </w:p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*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.05. **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.01. ***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.001.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13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Regresja logistyczna: predyktory co najmniej umiarkowanej intencji zakupu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93"/>
        <w:gridCol w:w="737"/>
        <w:gridCol w:w="793"/>
        <w:gridCol w:w="907"/>
        <w:gridCol w:w="793"/>
        <w:gridCol w:w="737"/>
        <w:gridCol w:w="737"/>
      </w:tblGrid>
      <w:tr>
        <w:tc>
          <w:tcPr>
            <w:tcW w:type="dxa" w:w="2381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Predyktor</w:t>
            </w:r>
          </w:p>
        </w:tc>
        <w:tc>
          <w:tcPr>
            <w:tcW w:type="dxa" w:w="79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B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SE</w:t>
            </w:r>
          </w:p>
        </w:tc>
        <w:tc>
          <w:tcPr>
            <w:tcW w:type="dxa" w:w="79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Wald</w:t>
            </w:r>
          </w:p>
        </w:tc>
        <w:tc>
          <w:tcPr>
            <w:tcW w:type="dxa" w:w="90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  <w:tc>
          <w:tcPr>
            <w:tcW w:type="dxa" w:w="79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OR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95% CI dla 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OR</w:t>
            </w:r>
          </w:p>
        </w:tc>
      </w:tr>
      <w:tr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LL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UL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Stała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−6.59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1.49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19.44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 korzystania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−0.12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0.24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0.26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.608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1.41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Użyteczność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1.68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0.28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35.24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5.37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3.08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9.36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Obawy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−0.20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0.25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0.63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.426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1.33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Cele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0.94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0.27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11.98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2.55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1.50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4.34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Zmienna zależna: intencja zakupu ≥ 3 (1;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148) wobec &lt; 3 (0;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155). Model: χ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(4) = 141.22, 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.001;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Nagelkerkego = .50; poprawnie sklasyfikowano 75.9% osób (próg .50). </w:t>
      </w:r>
      <w:r>
        <w:rPr>
          <w:rFonts w:ascii="Times New Roman" w:hAnsi="Times New Roman" w:eastAsia="Times New Roman"/>
          <w:b w:val="0"/>
          <w:i/>
          <w:sz w:val="20"/>
        </w:rPr>
        <w:t>OR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iloraz szans; Wald = statystyka Walda z 1 stopniem swobody.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14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Mediacyjna rola użyteczności w związku łatwości korzystania z intencją zakupu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737"/>
        <w:gridCol w:w="737"/>
        <w:gridCol w:w="793"/>
        <w:gridCol w:w="737"/>
        <w:gridCol w:w="737"/>
        <w:gridCol w:w="907"/>
      </w:tblGrid>
      <w:tr>
        <w:tc>
          <w:tcPr>
            <w:tcW w:type="dxa" w:w="3855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Efekt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b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SE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95% CI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β</w:t>
            </w:r>
          </w:p>
        </w:tc>
        <w:tc>
          <w:tcPr>
            <w:tcW w:type="dxa" w:w="90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</w:tr>
      <w:tr>
        <w:tc>
          <w:tcPr>
            <w:tcW w:type="dxa" w:w="1858"/>
            <w:vMerge/>
          </w:tcPr>
          <w:p/>
        </w:tc>
        <w:tc>
          <w:tcPr>
            <w:tcW w:type="dxa" w:w="1858"/>
            <w:vMerge/>
          </w:tcPr>
          <w:p/>
        </w:tc>
        <w:tc>
          <w:tcPr>
            <w:tcW w:type="dxa" w:w="1858"/>
            <w:vMerge/>
          </w:tcPr>
          <w:p/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LL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UL</w:t>
            </w:r>
          </w:p>
        </w:tc>
        <w:tc>
          <w:tcPr>
            <w:tcW w:type="dxa" w:w="1858"/>
            <w:vMerge/>
          </w:tcPr>
          <w:p/>
        </w:tc>
        <w:tc>
          <w:tcPr>
            <w:tcW w:type="dxa" w:w="1858"/>
            <w:vMerge/>
          </w:tcPr>
          <w:p/>
        </w:tc>
      </w:tr>
      <w:tr>
        <w:tc>
          <w:tcPr>
            <w:tcW w:type="dxa" w:w="385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a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: łatwość korzystania → użyteczność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0.42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0.65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0.48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</w:tr>
      <w:tr>
        <w:tc>
          <w:tcPr>
            <w:tcW w:type="dxa" w:w="385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b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: użyteczność → intencja zakupu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0.05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0.93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0.72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</w:tr>
      <w:tr>
        <w:tc>
          <w:tcPr>
            <w:tcW w:type="dxa" w:w="385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c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′: efekt bezpośredni (łatwość → intencja)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0.06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−0.11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0.13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0.01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.872</w:t>
            </w:r>
          </w:p>
        </w:tc>
      </w:tr>
      <w:tr>
        <w:tc>
          <w:tcPr>
            <w:tcW w:type="dxa" w:w="385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c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: efekt całkowity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0.46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0.07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0.31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0.60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0.35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</w:tr>
      <w:tr>
        <w:tc>
          <w:tcPr>
            <w:tcW w:type="dxa" w:w="3855"/>
            <w:tcBorders>
              <w:top w:val="single" w:sz="8" w:space="0" w:color="000000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ab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: efekt pośredni</w:t>
            </w:r>
          </w:p>
        </w:tc>
        <w:tc>
          <w:tcPr>
            <w:tcW w:type="dxa" w:w="737"/>
            <w:tcBorders>
              <w:top w:val="single" w:sz="8" w:space="0" w:color="000000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0.45</w:t>
            </w:r>
          </w:p>
        </w:tc>
        <w:tc>
          <w:tcPr>
            <w:tcW w:type="dxa" w:w="737"/>
            <w:tcBorders>
              <w:top w:val="single" w:sz="8" w:space="0" w:color="000000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0.05</w:t>
            </w:r>
          </w:p>
        </w:tc>
        <w:tc>
          <w:tcPr>
            <w:tcW w:type="dxa" w:w="794"/>
            <w:tcBorders>
              <w:top w:val="single" w:sz="8" w:space="0" w:color="000000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0.34</w:t>
            </w:r>
          </w:p>
        </w:tc>
        <w:tc>
          <w:tcPr>
            <w:tcW w:type="dxa" w:w="737"/>
            <w:tcBorders>
              <w:top w:val="single" w:sz="8" w:space="0" w:color="000000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0.55</w:t>
            </w:r>
          </w:p>
        </w:tc>
        <w:tc>
          <w:tcPr>
            <w:tcW w:type="dxa" w:w="737"/>
            <w:tcBorders>
              <w:top w:val="single" w:sz="8" w:space="0" w:color="000000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0.35</w:t>
            </w:r>
          </w:p>
        </w:tc>
        <w:tc>
          <w:tcPr>
            <w:tcW w:type="dxa" w:w="907"/>
            <w:tcBorders>
              <w:top w:val="single" w:sz="8" w:space="0" w:color="000000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Przedziały ufności wyznaczono metodą bootstrap percentylową (5000 prób); dla efektu pośredniego o istotności świadczy przedział ufności niezawierający zera. β = efekt standaryzowany. Model wyjaśniał 23.2% wariancji użyteczności i 51.9% wariancji intencji zakupu.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15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Ładunki czynnikowe pozycji kwestionariusza w eksploracyjnej analizie czynnikowej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1020"/>
        <w:gridCol w:w="1474"/>
        <w:gridCol w:w="1134"/>
        <w:gridCol w:w="737"/>
      </w:tblGrid>
      <w:tr>
        <w:tc>
          <w:tcPr>
            <w:tcW w:type="dxa" w:w="2835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Pozycja</w:t>
            </w:r>
          </w:p>
        </w:tc>
        <w:tc>
          <w:tcPr>
            <w:tcW w:type="dxa" w:w="1020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Czynnik 1: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</w:t>
            </w:r>
          </w:p>
        </w:tc>
        <w:tc>
          <w:tcPr>
            <w:tcW w:type="dxa" w:w="147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Czynnik 2: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użyteczność</w:t>
            </w:r>
          </w:p>
        </w:tc>
        <w:tc>
          <w:tcPr>
            <w:tcW w:type="dxa" w:w="113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Czynnik 3: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intencja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h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2</w:t>
            </w:r>
          </w:p>
        </w:tc>
      </w:tr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ŁK1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.83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−.02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.68</w:t>
            </w:r>
          </w:p>
        </w:tc>
      </w:tr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ŁK2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.89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.80</w:t>
            </w:r>
          </w:p>
        </w:tc>
      </w:tr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ŁK3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.68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.02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.52</w:t>
            </w:r>
          </w:p>
        </w:tc>
      </w:tr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ŁK4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.88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.01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−.03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.77</w:t>
            </w:r>
          </w:p>
        </w:tc>
      </w:tr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UŻ1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.03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.83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.75</w:t>
            </w:r>
          </w:p>
        </w:tc>
      </w:tr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UŻ2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.04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.90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−.08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.75</w:t>
            </w:r>
          </w:p>
        </w:tc>
      </w:tr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UŻ3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−.06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.52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.32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.55</w:t>
            </w:r>
          </w:p>
        </w:tc>
      </w:tr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UŻ4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.10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.46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.29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.56</w:t>
            </w:r>
          </w:p>
        </w:tc>
      </w:tr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IZ1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.03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.40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.37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.51</w:t>
            </w:r>
          </w:p>
        </w:tc>
      </w:tr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IZ2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.02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−.07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.89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.72</w:t>
            </w:r>
          </w:p>
        </w:tc>
      </w:tr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IZ3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.03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.01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.82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.70</w:t>
            </w:r>
          </w:p>
        </w:tc>
      </w:tr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IZ4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−.02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.16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.70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.65</w:t>
            </w:r>
          </w:p>
        </w:tc>
      </w:tr>
      <w:tr>
        <w:tc>
          <w:tcPr>
            <w:tcW w:type="dxa" w:w="2835"/>
            <w:tcBorders>
              <w:top w:val="single" w:sz="8" w:space="0" w:color="000000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Suma kwadratów ładunków</w:t>
            </w:r>
          </w:p>
        </w:tc>
        <w:tc>
          <w:tcPr>
            <w:tcW w:type="dxa" w:w="1020"/>
            <w:tcBorders>
              <w:top w:val="single" w:sz="8" w:space="0" w:color="000000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2.83</w:t>
            </w:r>
          </w:p>
        </w:tc>
        <w:tc>
          <w:tcPr>
            <w:tcW w:type="dxa" w:w="1474"/>
            <w:tcBorders>
              <w:top w:val="single" w:sz="8" w:space="0" w:color="000000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2.52</w:t>
            </w:r>
          </w:p>
        </w:tc>
        <w:tc>
          <w:tcPr>
            <w:tcW w:type="dxa" w:w="1134"/>
            <w:tcBorders>
              <w:top w:val="single" w:sz="8" w:space="0" w:color="000000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2.61</w:t>
            </w:r>
          </w:p>
        </w:tc>
        <w:tc>
          <w:tcPr>
            <w:tcW w:type="dxa" w:w="737"/>
            <w:tcBorders>
              <w:top w:val="single" w:sz="8" w:space="0" w:color="000000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835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% wyjaśnianej wariancji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23.5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21.0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21.8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Metoda największej wiarygodności, rotacja oblimin. Pogrubiono ładunki ≥ .30. </w:t>
      </w:r>
      <w:r>
        <w:rPr>
          <w:rFonts w:ascii="Times New Roman" w:hAnsi="Times New Roman" w:eastAsia="Times New Roman"/>
          <w:b w:val="0"/>
          <w:i/>
          <w:sz w:val="20"/>
        </w:rPr>
        <w:t>h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komunalność. ŁK = łatwość korzystania, UŻ = użyteczność, IZ = intencja zakupu. KMO = .90; test Bartletta χ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(66) = 2327.33, 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.001. Korelacje czynników: 1–2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.52, 1–3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.32, 2–3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.68.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16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Wskaźniki dopasowania konkurencyjnych modeli konfirmacyjnej analizy czynnikowej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907"/>
        <w:gridCol w:w="737"/>
        <w:gridCol w:w="907"/>
        <w:gridCol w:w="737"/>
        <w:gridCol w:w="737"/>
        <w:gridCol w:w="793"/>
        <w:gridCol w:w="1587"/>
        <w:gridCol w:w="737"/>
        <w:gridCol w:w="907"/>
        <w:gridCol w:w="1814"/>
      </w:tblGrid>
      <w:tr>
        <w:tc>
          <w:tcPr>
            <w:tcW w:type="dxa" w:w="1928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Model</w:t>
            </w:r>
          </w:p>
        </w:tc>
        <w:tc>
          <w:tcPr>
            <w:tcW w:type="dxa" w:w="90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χ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2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df</w:t>
            </w:r>
          </w:p>
        </w:tc>
        <w:tc>
          <w:tcPr>
            <w:tcW w:type="dxa" w:w="90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CFI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TLI</w:t>
            </w:r>
          </w:p>
        </w:tc>
        <w:tc>
          <w:tcPr>
            <w:tcW w:type="dxa" w:w="79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RMSEA</w:t>
            </w:r>
          </w:p>
        </w:tc>
        <w:tc>
          <w:tcPr>
            <w:tcW w:type="dxa" w:w="158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90% CI RMSEA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SRMR</w:t>
            </w:r>
          </w:p>
        </w:tc>
        <w:tc>
          <w:tcPr>
            <w:tcW w:type="dxa" w:w="90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AIC</w:t>
            </w:r>
          </w:p>
        </w:tc>
        <w:tc>
          <w:tcPr>
            <w:tcW w:type="dxa" w:w="181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Δχ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2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(Δ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df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)</w:t>
            </w:r>
          </w:p>
        </w:tc>
      </w:tr>
      <w:tr>
        <w:tc>
          <w:tcPr>
            <w:tcW w:type="dxa" w:w="192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Jednoczynnikowy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615.58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.671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.598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.214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[.199, .230]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.139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9172.2</w:t>
            </w:r>
          </w:p>
        </w:tc>
        <w:tc>
          <w:tcPr>
            <w:tcW w:type="dxa" w:w="181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213.93 (3)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</w:tr>
      <w:tr>
        <w:tc>
          <w:tcPr>
            <w:tcW w:type="dxa" w:w="192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Dwuczynnikowy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215.52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53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.911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.889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.112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[.097, .128]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.063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8620.0</w:t>
            </w:r>
          </w:p>
        </w:tc>
        <w:tc>
          <w:tcPr>
            <w:tcW w:type="dxa" w:w="181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69.10 (2)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</w:tr>
      <w:tr>
        <w:tc>
          <w:tcPr>
            <w:tcW w:type="dxa" w:w="1928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Trzyczynnikowy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121.83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51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.962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.951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.075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[.058, .092]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.048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8504.5</w:t>
            </w:r>
          </w:p>
        </w:tc>
        <w:tc>
          <w:tcPr>
            <w:tcW w:type="dxa" w:w="181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Estymator MLR; podano skalowane χ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oraz odporne CFI, TLI i RMSEA. Model dwuczynnikowy łączy użyteczność i intencję zakupu w jeden czynnik. Δχ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skalowany test różnicy względem modelu trzyczynnikowego. W modelu trzyczynnikowym standaryzowane ładunki wynosiły od .70 do .89.</w:t>
      </w:r>
    </w:p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***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.001.</w:t>
      </w:r>
    </w:p>
    <w:sectPr w:rsidR="00FC693F" w:rsidRPr="0006063C" w:rsidSect="00034616">
      <w:footerReference w:type="default" r:id="rId9"/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/>
        <w:color w:val="6B7280"/>
        <w:sz w:val="16"/>
      </w:rPr>
      <w:t>Komplet wzorów tabel APA · Wzór przygotowany przez Metodolog.pl — www.metodolog.pl/blog/tabele-apa-wzory-przyklady/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